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709838" w14:textId="77777777" w:rsidR="00600D12" w:rsidRDefault="00DE42DA">
      <w:pPr>
        <w:pStyle w:val="Heading1"/>
      </w:pPr>
      <w:r>
        <w:t>Fixed Index Annuity Suitability Assessment</w:t>
      </w:r>
    </w:p>
    <w:p w14:paraId="078C80AD" w14:textId="77777777" w:rsidR="00600D12" w:rsidRDefault="00DE42DA">
      <w:pPr>
        <w:pStyle w:val="Heading2"/>
      </w:pPr>
      <w:r>
        <w:t>Client Information</w:t>
      </w:r>
    </w:p>
    <w:p w14:paraId="343128B7" w14:textId="77777777" w:rsidR="00600D12" w:rsidRDefault="00DE42DA">
      <w:r>
        <w:t>Full Name: ________________________________</w:t>
      </w:r>
    </w:p>
    <w:p w14:paraId="5CF3D357" w14:textId="77777777" w:rsidR="00600D12" w:rsidRDefault="00DE42DA">
      <w:r>
        <w:t>Age: ________________________________</w:t>
      </w:r>
    </w:p>
    <w:p w14:paraId="10FF88CD" w14:textId="77777777" w:rsidR="00600D12" w:rsidRDefault="00DE42DA">
      <w:r>
        <w:t>Marital Status: ________________________________</w:t>
      </w:r>
    </w:p>
    <w:p w14:paraId="362FCBEF" w14:textId="77777777" w:rsidR="00600D12" w:rsidRDefault="00DE42DA">
      <w:r>
        <w:t>Employment Status: ________________________________</w:t>
      </w:r>
    </w:p>
    <w:p w14:paraId="62AF50C9" w14:textId="77777777" w:rsidR="00600D12" w:rsidRDefault="00DE42DA">
      <w:r>
        <w:t>Annual Income Range: ________________________________</w:t>
      </w:r>
    </w:p>
    <w:p w14:paraId="7ABB1B5D" w14:textId="77777777" w:rsidR="00600D12" w:rsidRDefault="00DE42DA">
      <w:r>
        <w:t>Estimated Net Worth (excluding primary residence): ________________________________</w:t>
      </w:r>
    </w:p>
    <w:p w14:paraId="7715B1A6" w14:textId="77777777" w:rsidR="00600D12" w:rsidRDefault="00DE42DA">
      <w:pPr>
        <w:pStyle w:val="Heading2"/>
      </w:pPr>
      <w:r>
        <w:t>Retirement Goals &amp; Time Horizon</w:t>
      </w:r>
    </w:p>
    <w:p w14:paraId="164D18AE" w14:textId="77777777" w:rsidR="00600D12" w:rsidRDefault="00DE42DA">
      <w:r>
        <w:t>At what age do you plan to retire? ________________________________</w:t>
      </w:r>
    </w:p>
    <w:p w14:paraId="26B889EE" w14:textId="77777777" w:rsidR="00600D12" w:rsidRDefault="00DE42DA">
      <w:r>
        <w:t>How many years until retirement? ________________________________</w:t>
      </w:r>
    </w:p>
    <w:p w14:paraId="10902437" w14:textId="77777777" w:rsidR="00600D12" w:rsidRDefault="00DE42DA">
      <w:r>
        <w:t>What are your primary retirement goals? ________________________________</w:t>
      </w:r>
    </w:p>
    <w:p w14:paraId="04CA00AA" w14:textId="77777777" w:rsidR="00600D12" w:rsidRDefault="00DE42DA">
      <w:r>
        <w:t>How important is guaranteed income in retirement? (Low / Moderate / High)</w:t>
      </w:r>
    </w:p>
    <w:p w14:paraId="54883374" w14:textId="77777777" w:rsidR="00600D12" w:rsidRDefault="00DE42DA">
      <w:pPr>
        <w:pStyle w:val="Heading2"/>
      </w:pPr>
      <w:r>
        <w:t>Risk Tolerance &amp; Investment Experience</w:t>
      </w:r>
    </w:p>
    <w:p w14:paraId="082ABDBD" w14:textId="77777777" w:rsidR="00600D12" w:rsidRDefault="00DE42DA">
      <w:r>
        <w:t>How would you describe your tolerance for market risk? (Low / Moderate / High)</w:t>
      </w:r>
    </w:p>
    <w:p w14:paraId="6ABDB1E8" w14:textId="77777777" w:rsidR="00600D12" w:rsidRDefault="00DE42DA">
      <w:r>
        <w:t>Have you experienced significant investment losses in the past? (Yes / No)</w:t>
      </w:r>
    </w:p>
    <w:p w14:paraId="0A5EFE9B" w14:textId="77777777" w:rsidR="00600D12" w:rsidRDefault="00DE42DA">
      <w:r>
        <w:t>How did you react during market downturns? ________________________________</w:t>
      </w:r>
    </w:p>
    <w:p w14:paraId="795A344E" w14:textId="77777777" w:rsidR="00600D12" w:rsidRDefault="00DE42DA">
      <w:pPr>
        <w:pStyle w:val="Heading2"/>
      </w:pPr>
      <w:r>
        <w:t>Liquidity &amp; Access to Funds</w:t>
      </w:r>
    </w:p>
    <w:p w14:paraId="149596CA" w14:textId="77777777" w:rsidR="00600D12" w:rsidRDefault="00DE42DA">
      <w:r>
        <w:t>Do you anticipate needing access to this money within the next 5–10 years? (Yes / No)</w:t>
      </w:r>
    </w:p>
    <w:p w14:paraId="49C68000" w14:textId="77777777" w:rsidR="00600D12" w:rsidRDefault="00DE42DA">
      <w:r>
        <w:t>Do you have sufficient liquid savings outside of this investment? (Yes / No)</w:t>
      </w:r>
    </w:p>
    <w:p w14:paraId="5F2957D0" w14:textId="77777777" w:rsidR="00600D12" w:rsidRDefault="00DE42DA">
      <w:pPr>
        <w:pStyle w:val="Heading2"/>
      </w:pPr>
      <w:r>
        <w:t>Income &amp; Protection Needs</w:t>
      </w:r>
    </w:p>
    <w:p w14:paraId="501AC245" w14:textId="77777777" w:rsidR="00600D12" w:rsidRDefault="00DE42DA">
      <w:r>
        <w:t>Are you concerned about outliving your retirement savings? (Yes / No)</w:t>
      </w:r>
    </w:p>
    <w:p w14:paraId="2D9BA6A3" w14:textId="77777777" w:rsidR="00600D12" w:rsidRDefault="00DE42DA">
      <w:r>
        <w:t>Is protecting principal more important than maximizing returns? (Yes / No)</w:t>
      </w:r>
    </w:p>
    <w:p w14:paraId="47547F53" w14:textId="77777777" w:rsidR="00600D12" w:rsidRDefault="00DE42DA">
      <w:r>
        <w:t>Are you interested in long-term care or income riders? (Yes / No)</w:t>
      </w:r>
    </w:p>
    <w:p w14:paraId="0FA57144" w14:textId="77777777" w:rsidR="00600D12" w:rsidRDefault="00DE42DA">
      <w:pPr>
        <w:pStyle w:val="Heading2"/>
      </w:pPr>
      <w:r>
        <w:t>Understanding of Fixed Index Annuities</w:t>
      </w:r>
    </w:p>
    <w:p w14:paraId="58F6F693" w14:textId="77777777" w:rsidR="00600D12" w:rsidRDefault="00DE42DA">
      <w:r>
        <w:t>I understand that my principal is protected from market loss. (Yes / No)</w:t>
      </w:r>
    </w:p>
    <w:p w14:paraId="155E3A13" w14:textId="77777777" w:rsidR="00600D12" w:rsidRDefault="00DE42DA">
      <w:r>
        <w:t>I understand that returns are capped and tied to an index. (Yes / No)</w:t>
      </w:r>
    </w:p>
    <w:p w14:paraId="5AE6A81E" w14:textId="77777777" w:rsidR="00600D12" w:rsidRDefault="00DE42DA">
      <w:r>
        <w:lastRenderedPageBreak/>
        <w:t>I understand surrender periods and potential charges. (Yes / No)</w:t>
      </w:r>
    </w:p>
    <w:p w14:paraId="5DCC7019" w14:textId="77777777" w:rsidR="00600D12" w:rsidRDefault="00DE42DA">
      <w:pPr>
        <w:pStyle w:val="Heading2"/>
      </w:pPr>
      <w:r>
        <w:t>Suitability Confirmation</w:t>
      </w:r>
    </w:p>
    <w:p w14:paraId="06F549D3" w14:textId="77777777" w:rsidR="00600D12" w:rsidRDefault="00DE42DA">
      <w:r>
        <w:t>Why are you considering a Fixed Index Annuity? ________________________________</w:t>
      </w:r>
    </w:p>
    <w:p w14:paraId="0B1DD5DC" w14:textId="77777777" w:rsidR="00600D12" w:rsidRDefault="00DE42DA">
      <w:r>
        <w:t>How does this product align with your retirement strategy? ________________________________</w:t>
      </w:r>
    </w:p>
    <w:p w14:paraId="12A200DD" w14:textId="77777777" w:rsidR="00600D12" w:rsidRDefault="00DE42DA">
      <w:r>
        <w:t>Client Signature: ________________________________    Date: ____________</w:t>
      </w:r>
    </w:p>
    <w:p w14:paraId="6C07CAA4" w14:textId="77777777" w:rsidR="00600D12" w:rsidRDefault="00DE42DA">
      <w:r>
        <w:t>Advisor Signature: ________________________________    Date: ____________</w:t>
      </w:r>
    </w:p>
    <w:sectPr w:rsidR="00600D12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839229213">
    <w:abstractNumId w:val="8"/>
  </w:num>
  <w:num w:numId="2" w16cid:durableId="1167745022">
    <w:abstractNumId w:val="6"/>
  </w:num>
  <w:num w:numId="3" w16cid:durableId="1757824425">
    <w:abstractNumId w:val="5"/>
  </w:num>
  <w:num w:numId="4" w16cid:durableId="1319071468">
    <w:abstractNumId w:val="4"/>
  </w:num>
  <w:num w:numId="5" w16cid:durableId="478771393">
    <w:abstractNumId w:val="7"/>
  </w:num>
  <w:num w:numId="6" w16cid:durableId="641810439">
    <w:abstractNumId w:val="3"/>
  </w:num>
  <w:num w:numId="7" w16cid:durableId="704865226">
    <w:abstractNumId w:val="2"/>
  </w:num>
  <w:num w:numId="8" w16cid:durableId="830800628">
    <w:abstractNumId w:val="1"/>
  </w:num>
  <w:num w:numId="9" w16cid:durableId="3812509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47465"/>
    <w:rsid w:val="0029639D"/>
    <w:rsid w:val="00326F90"/>
    <w:rsid w:val="00600D12"/>
    <w:rsid w:val="00AA1D8D"/>
    <w:rsid w:val="00B47730"/>
    <w:rsid w:val="00B97AAE"/>
    <w:rsid w:val="00CB0664"/>
    <w:rsid w:val="00DE42D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29298BC"/>
  <w14:defaultImageDpi w14:val="300"/>
  <w15:docId w15:val="{2EE96636-C8D1-4582-9820-89A841529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296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1981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Phil Walker</cp:lastModifiedBy>
  <cp:revision>2</cp:revision>
  <dcterms:created xsi:type="dcterms:W3CDTF">2025-12-27T15:18:00Z</dcterms:created>
  <dcterms:modified xsi:type="dcterms:W3CDTF">2025-12-27T15:18:00Z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eeada800-6f2c-472d-b665-04959f94552e</vt:lpwstr>
  </property>
</Properties>
</file>